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E0" w:rsidRDefault="008A4EF2">
      <w:pPr>
        <w:jc w:val="center"/>
      </w:pPr>
      <w:r>
        <w:rPr>
          <w:rFonts w:ascii="Arial" w:hAnsi="Arial"/>
          <w:b/>
          <w:noProof/>
          <w:color w:val="002060"/>
          <w:sz w:val="26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786765" cy="7867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D18">
        <w:rPr>
          <w:rFonts w:ascii="Arial" w:hAnsi="Arial"/>
          <w:b/>
          <w:color w:val="002060"/>
          <w:sz w:val="26"/>
        </w:rPr>
        <w:t>INDIAN SOCIETY FOR NON-DESTRUCTIVE TESTING (ISNT)</w:t>
      </w:r>
      <w:r w:rsidR="002F7D18">
        <w:rPr>
          <w:rFonts w:ascii="Arial" w:hAnsi="Arial"/>
          <w:b/>
          <w:color w:val="002060"/>
          <w:sz w:val="26"/>
        </w:rPr>
        <w:br/>
      </w:r>
      <w:r w:rsidR="002F7D18">
        <w:rPr>
          <w:rFonts w:ascii="Arial" w:hAnsi="Arial"/>
          <w:b/>
        </w:rPr>
        <w:t>APPLICATION FORM</w:t>
      </w:r>
      <w:r w:rsidR="002F7D18">
        <w:rPr>
          <w:rFonts w:ascii="Arial" w:hAnsi="Arial"/>
          <w:b/>
        </w:rPr>
        <w:br/>
        <w:t>NATIONAL NDT AWARDS — INDUSTRIAL APPLICATIONS AWARD</w:t>
      </w:r>
      <w:r w:rsidR="002F7D18">
        <w:rPr>
          <w:rFonts w:ascii="Arial" w:hAnsi="Arial"/>
          <w:b/>
        </w:rPr>
        <w:br/>
      </w:r>
      <w:r w:rsidR="002F7D18">
        <w:rPr>
          <w:rFonts w:ascii="Arial" w:hAnsi="Arial"/>
          <w:i/>
          <w:sz w:val="19"/>
        </w:rPr>
        <w:t>[ Category Specific Form | Category: Industrial Applications | Annexure III B ]</w:t>
      </w:r>
      <w:r w:rsidR="002F7D18">
        <w:rPr>
          <w:rFonts w:ascii="Arial" w:hAnsi="Arial"/>
          <w:i/>
          <w:sz w:val="19"/>
        </w:rPr>
        <w:br/>
      </w:r>
      <w:r w:rsidR="002F7D18">
        <w:rPr>
          <w:color w:val="646464"/>
          <w:sz w:val="17"/>
        </w:rPr>
        <w:t>Form ID: ISNT-AF-IND-02 | Revision: 2.0 | SOP Reference: ISNT-SOP-AWR-01</w:t>
      </w:r>
      <w:r w:rsidR="00424DAC">
        <w:rPr>
          <w:color w:val="646464"/>
          <w:sz w:val="17"/>
        </w:rPr>
        <w:t xml:space="preserve"> 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3270E8" w:rsidRPr="003270E8" w:rsidTr="003270E8">
        <w:trPr>
          <w:trHeight w:val="644"/>
        </w:trPr>
        <w:tc>
          <w:tcPr>
            <w:tcW w:w="9926" w:type="dxa"/>
            <w:shd w:val="clear" w:color="auto" w:fill="002060"/>
          </w:tcPr>
          <w:p w:rsidR="003270E8" w:rsidRPr="003270E8" w:rsidRDefault="003270E8" w:rsidP="00F70D13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3270E8">
              <w:rPr>
                <w:rFonts w:ascii="Arial" w:hAnsi="Arial"/>
                <w:b/>
                <w:color w:val="FFFFFF" w:themeColor="background1"/>
              </w:rPr>
              <w:t>A. AWARD CATEGORY &amp; SUBMISSION ROUTE SPECIFICATION</w:t>
            </w:r>
          </w:p>
        </w:tc>
      </w:tr>
    </w:tbl>
    <w:p w:rsidR="003270E8" w:rsidRDefault="003270E8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Target Category: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 Excellence in NDT Industrial Applications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Submission Route: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Route A: Direct Self-Application</w:t>
            </w:r>
            <w:r>
              <w:rPr>
                <w:rFonts w:ascii="Arial" w:hAnsi="Arial"/>
                <w:sz w:val="18"/>
              </w:rPr>
              <w:br/>
              <w:t>☐ Route B: Nomination by Organisation / ISNT Chapter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Application &amp; Deployment Scope:</w:t>
            </w:r>
            <w:r>
              <w:rPr>
                <w:rFonts w:ascii="Arial" w:hAnsi="Arial"/>
                <w:b/>
                <w:sz w:val="18"/>
              </w:rPr>
              <w:br/>
              <w:t>(Select all that apply)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Manufacturing Inspection &amp; Production Quality Control</w:t>
            </w:r>
            <w:r>
              <w:rPr>
                <w:rFonts w:ascii="Arial" w:hAnsi="Arial"/>
                <w:sz w:val="18"/>
              </w:rPr>
              <w:br/>
              <w:t>☐ Field, In-Service &amp; Plant Asset Integrity Deployment</w:t>
            </w:r>
            <w:r>
              <w:rPr>
                <w:rFonts w:ascii="Arial" w:hAnsi="Arial"/>
                <w:sz w:val="18"/>
              </w:rPr>
              <w:br/>
              <w:t>☐ Laboratory &amp; Testing Facility Deployment</w:t>
            </w:r>
            <w:r>
              <w:rPr>
                <w:rFonts w:ascii="Arial" w:hAnsi="Arial"/>
                <w:sz w:val="18"/>
              </w:rPr>
              <w:br/>
              <w:t>☐ Infrastructure, Transport &amp; Fleet Applications</w:t>
            </w:r>
            <w:r>
              <w:rPr>
                <w:rFonts w:ascii="Arial" w:hAnsi="Arial"/>
                <w:sz w:val="18"/>
              </w:rPr>
              <w:br/>
              <w:t xml:space="preserve">☐ Primary Industry Sector: ☐ Oil &amp; Gas / Petrochem  ☐ Aerospace &amp; Defence  ☐ Power / Nuclear  ☐ Steel &amp; Heavy </w:t>
            </w:r>
            <w:proofErr w:type="spellStart"/>
            <w:r>
              <w:rPr>
                <w:rFonts w:ascii="Arial" w:hAnsi="Arial"/>
                <w:sz w:val="18"/>
              </w:rPr>
              <w:t>Eng</w:t>
            </w:r>
            <w:proofErr w:type="spellEnd"/>
            <w:r>
              <w:rPr>
                <w:rFonts w:ascii="Arial" w:hAnsi="Arial"/>
                <w:sz w:val="18"/>
              </w:rPr>
              <w:t xml:space="preserve">  ☐ Railways  ☐ Other: </w:t>
            </w:r>
            <w:r w:rsidR="003270E8">
              <w:rPr>
                <w:rFonts w:ascii="Arial" w:hAnsi="Arial"/>
                <w:sz w:val="18"/>
              </w:rPr>
              <w:t>Specify</w:t>
            </w:r>
            <w:r>
              <w:rPr>
                <w:rFonts w:ascii="Arial" w:hAnsi="Arial"/>
                <w:sz w:val="18"/>
              </w:rPr>
              <w:t>_________</w:t>
            </w:r>
          </w:p>
        </w:tc>
      </w:tr>
    </w:tbl>
    <w:p w:rsidR="00762921" w:rsidRDefault="0076292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762921" w:rsidRPr="00762921" w:rsidTr="00762921">
        <w:trPr>
          <w:trHeight w:val="793"/>
        </w:trPr>
        <w:tc>
          <w:tcPr>
            <w:tcW w:w="9926" w:type="dxa"/>
            <w:shd w:val="clear" w:color="auto" w:fill="002060"/>
          </w:tcPr>
          <w:p w:rsidR="00762921" w:rsidRPr="00762921" w:rsidRDefault="00762921" w:rsidP="00D63D2F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762921">
              <w:rPr>
                <w:rFonts w:ascii="Arial" w:hAnsi="Arial"/>
                <w:b/>
                <w:color w:val="FFFFFF" w:themeColor="background1"/>
              </w:rPr>
              <w:t>B. APPLICANT / NOMINEE DETAILS</w:t>
            </w:r>
          </w:p>
        </w:tc>
      </w:tr>
    </w:tbl>
    <w:p w:rsidR="00762921" w:rsidRDefault="00762921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2775"/>
        <w:gridCol w:w="2188"/>
      </w:tblGrid>
      <w:tr w:rsidR="00145DFA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>
            <w:r>
              <w:rPr>
                <w:rFonts w:ascii="Arial" w:hAnsi="Arial"/>
                <w:b/>
                <w:sz w:val="18"/>
              </w:rPr>
              <w:t>Full Name (Capitals):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>
            <w:pPr>
              <w:jc w:val="right"/>
              <w:rPr>
                <w:rFonts w:ascii="Arial" w:hAnsi="Arial"/>
                <w:color w:val="808080"/>
                <w:sz w:val="16"/>
              </w:rPr>
            </w:pPr>
          </w:p>
          <w:p w:rsidR="00145DFA" w:rsidRDefault="00145DFA" w:rsidP="00145DFA">
            <w:pPr>
              <w:jc w:val="right"/>
            </w:pPr>
          </w:p>
        </w:tc>
        <w:tc>
          <w:tcPr>
            <w:tcW w:w="2188" w:type="dxa"/>
            <w:vMerge w:val="restart"/>
            <w:tcBorders>
              <w:left w:val="single" w:sz="4" w:space="0" w:color="auto"/>
            </w:tcBorders>
          </w:tcPr>
          <w:p w:rsidR="00145DFA" w:rsidRDefault="00145DFA" w:rsidP="00145DFA">
            <w:pPr>
              <w:jc w:val="right"/>
            </w:pPr>
            <w:r>
              <w:rPr>
                <w:rFonts w:ascii="Arial" w:hAnsi="Arial"/>
                <w:color w:val="808080"/>
                <w:sz w:val="16"/>
              </w:rPr>
              <w:t>AFFIX PASSPORT SIZE</w:t>
            </w:r>
            <w:r>
              <w:rPr>
                <w:rFonts w:ascii="Arial" w:hAnsi="Arial"/>
                <w:color w:val="808080"/>
                <w:sz w:val="16"/>
              </w:rPr>
              <w:br/>
              <w:t>PHOTOGRAPH HERE</w:t>
            </w:r>
          </w:p>
        </w:tc>
      </w:tr>
      <w:tr w:rsidR="00145DFA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>
            <w:r>
              <w:rPr>
                <w:rFonts w:ascii="Arial" w:hAnsi="Arial"/>
                <w:b/>
                <w:sz w:val="18"/>
              </w:rPr>
              <w:t>Date of Birth: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/>
        </w:tc>
        <w:tc>
          <w:tcPr>
            <w:tcW w:w="2188" w:type="dxa"/>
            <w:vMerge/>
            <w:tcBorders>
              <w:left w:val="single" w:sz="4" w:space="0" w:color="auto"/>
            </w:tcBorders>
          </w:tcPr>
          <w:p w:rsidR="00145DFA" w:rsidRDefault="00145DFA"/>
        </w:tc>
      </w:tr>
      <w:tr w:rsidR="00145DFA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>
            <w:r>
              <w:rPr>
                <w:rFonts w:ascii="Arial" w:hAnsi="Arial"/>
                <w:b/>
                <w:sz w:val="18"/>
              </w:rPr>
              <w:t>Designation &amp; Organisation: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5DFA" w:rsidRDefault="00145DFA"/>
        </w:tc>
        <w:tc>
          <w:tcPr>
            <w:tcW w:w="2188" w:type="dxa"/>
            <w:vMerge/>
            <w:tcBorders>
              <w:left w:val="single" w:sz="4" w:space="0" w:color="auto"/>
            </w:tcBorders>
          </w:tcPr>
          <w:p w:rsidR="00145DFA" w:rsidRDefault="00145DFA"/>
        </w:tc>
      </w:tr>
      <w:tr w:rsidR="003B20E0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Official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Residential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Contact Details: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Phone:</w:t>
            </w:r>
            <w:r>
              <w:rPr>
                <w:rFonts w:ascii="Arial" w:hAnsi="Arial"/>
                <w:sz w:val="18"/>
              </w:rPr>
              <w:br/>
              <w:t>Email:</w:t>
            </w:r>
          </w:p>
        </w:tc>
      </w:tr>
      <w:tr w:rsidR="003B20E0" w:rsidTr="00145DFA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ISNT Membership No.:</w:t>
            </w:r>
          </w:p>
          <w:p w:rsidR="007C616A" w:rsidRPr="007E4AC1" w:rsidRDefault="007C616A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(</w:t>
            </w:r>
            <w:r w:rsidR="007E4AC1"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ISNT Membership is mandatory and shall be valid from the date of application through 31st Dec 2026</w:t>
            </w: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).</w:t>
            </w:r>
            <w:bookmarkEnd w:id="0"/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E645A6" w:rsidRDefault="00E645A6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645A6" w:rsidRPr="00E645A6" w:rsidTr="00E645A6">
        <w:trPr>
          <w:trHeight w:val="683"/>
        </w:trPr>
        <w:tc>
          <w:tcPr>
            <w:tcW w:w="9926" w:type="dxa"/>
            <w:shd w:val="clear" w:color="auto" w:fill="002060"/>
          </w:tcPr>
          <w:p w:rsidR="00E645A6" w:rsidRPr="00E645A6" w:rsidRDefault="00E645A6" w:rsidP="00F72810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645A6">
              <w:rPr>
                <w:rFonts w:ascii="Arial" w:hAnsi="Arial"/>
                <w:b/>
                <w:color w:val="FFFFFF" w:themeColor="background1"/>
              </w:rPr>
              <w:t>C. NOMINATOR DETAILS (OPTIONAL — IF APPLICABLE)</w:t>
            </w:r>
          </w:p>
        </w:tc>
      </w:tr>
    </w:tbl>
    <w:p w:rsidR="003B20E0" w:rsidRDefault="002F7D18">
      <w:pPr>
        <w:spacing w:after="40"/>
      </w:pPr>
      <w:r>
        <w:rPr>
          <w:i/>
          <w:sz w:val="17"/>
        </w:rPr>
        <w:t>(Complete this section only if submitting under Route B: Nomination by Organisation/Chapter)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Nominator Type: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ISNT Chapter    ☐ Honorary Fellow    ☐ Company / Industry    ☐ R&amp;D / Academic Institute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Name &amp; Address of Body: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Contact Person &amp; Designation: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Email:</w:t>
            </w:r>
            <w:r>
              <w:rPr>
                <w:rFonts w:ascii="Arial" w:hAnsi="Arial"/>
                <w:sz w:val="18"/>
              </w:rPr>
              <w:br/>
              <w:t>Phone:</w:t>
            </w:r>
          </w:p>
        </w:tc>
      </w:tr>
    </w:tbl>
    <w:p w:rsidR="00E645A6" w:rsidRDefault="00E645A6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E645A6" w:rsidRPr="00E645A6" w:rsidTr="00E645A6">
        <w:trPr>
          <w:trHeight w:val="711"/>
        </w:trPr>
        <w:tc>
          <w:tcPr>
            <w:tcW w:w="9926" w:type="dxa"/>
            <w:shd w:val="clear" w:color="auto" w:fill="002060"/>
          </w:tcPr>
          <w:p w:rsidR="00E645A6" w:rsidRPr="00E645A6" w:rsidRDefault="00E645A6" w:rsidP="00FC62CF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E645A6">
              <w:rPr>
                <w:rFonts w:ascii="Arial" w:hAnsi="Arial"/>
                <w:b/>
                <w:color w:val="FFFFFF" w:themeColor="background1"/>
              </w:rPr>
              <w:t>D. INDUSTRIAL EXPERIENCE &amp; NDE TECHNICAL BACKGROUND</w:t>
            </w:r>
          </w:p>
        </w:tc>
      </w:tr>
    </w:tbl>
    <w:p w:rsidR="00E645A6" w:rsidRDefault="00E645A6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1"/>
        <w:gridCol w:w="4965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Industrial &amp; NDE Experience (Years):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 xml:space="preserve">Total Experience: ____ </w:t>
            </w:r>
            <w:proofErr w:type="spellStart"/>
            <w:r>
              <w:rPr>
                <w:rFonts w:ascii="Arial" w:hAnsi="Arial"/>
                <w:sz w:val="18"/>
              </w:rPr>
              <w:t>Yrs</w:t>
            </w:r>
            <w:proofErr w:type="spellEnd"/>
            <w:r>
              <w:rPr>
                <w:rFonts w:ascii="Arial" w:hAnsi="Arial"/>
                <w:sz w:val="18"/>
              </w:rPr>
              <w:t xml:space="preserve"> | Direct Industrial NDE Application: ____ </w:t>
            </w:r>
            <w:proofErr w:type="spellStart"/>
            <w:r>
              <w:rPr>
                <w:rFonts w:ascii="Arial" w:hAnsi="Arial"/>
                <w:sz w:val="18"/>
              </w:rPr>
              <w:t>Yrs</w:t>
            </w:r>
            <w:proofErr w:type="spellEnd"/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NDE Certifications (If held):</w:t>
            </w:r>
            <w:r>
              <w:rPr>
                <w:rFonts w:ascii="Arial" w:hAnsi="Arial"/>
                <w:b/>
                <w:sz w:val="18"/>
              </w:rPr>
              <w:br/>
              <w:t>(Optional — Level III is not a mandatory prerequisite for award eligibility)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Level I / II / III Certifications (ISNT / ASNT / PCN / ISO 9712 / Corporate / Internal, if any):</w:t>
            </w:r>
            <w:r>
              <w:rPr>
                <w:rFonts w:ascii="Arial" w:hAnsi="Arial"/>
                <w:sz w:val="18"/>
              </w:rPr>
              <w:br/>
              <w:t>Methods &amp; Cert Numbers: __________________________________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Key Industrial Projects &amp; Specific Role: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Summary of major industrial NDE projects (Highlight direct technical, operational, or leadership contribution and specific personal role):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Codes, Standards &amp; Procedures Implemented: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 xml:space="preserve">ASME / API / ISO / IS </w:t>
            </w:r>
            <w:r w:rsidR="00E645A6">
              <w:rPr>
                <w:rFonts w:ascii="Arial" w:hAnsi="Arial"/>
                <w:sz w:val="18"/>
              </w:rPr>
              <w:t xml:space="preserve">etc. </w:t>
            </w:r>
            <w:r>
              <w:rPr>
                <w:rFonts w:ascii="Arial" w:hAnsi="Arial"/>
                <w:sz w:val="18"/>
              </w:rPr>
              <w:t>Standards developed, adapted, or routinely implemented:</w:t>
            </w:r>
          </w:p>
        </w:tc>
      </w:tr>
    </w:tbl>
    <w:p w:rsidR="00A06FE2" w:rsidRDefault="00A06FE2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A06FE2" w:rsidRPr="00A06FE2" w:rsidTr="00A06FE2">
        <w:trPr>
          <w:trHeight w:val="726"/>
        </w:trPr>
        <w:tc>
          <w:tcPr>
            <w:tcW w:w="9926" w:type="dxa"/>
            <w:shd w:val="clear" w:color="auto" w:fill="002060"/>
          </w:tcPr>
          <w:p w:rsidR="00A06FE2" w:rsidRPr="00A06FE2" w:rsidRDefault="00A06FE2" w:rsidP="00362DD3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A06FE2">
              <w:rPr>
                <w:rFonts w:ascii="Arial" w:hAnsi="Arial"/>
                <w:b/>
                <w:color w:val="FFFFFF" w:themeColor="background1"/>
              </w:rPr>
              <w:t>E. INDUSTRIAL CONTRIBUTION, IMPACT &amp; CASE STUDIES</w:t>
            </w:r>
          </w:p>
        </w:tc>
      </w:tr>
    </w:tbl>
    <w:p w:rsidR="003B20E0" w:rsidRDefault="002F7D18">
      <w:pPr>
        <w:spacing w:after="80"/>
      </w:pPr>
      <w:r>
        <w:rPr>
          <w:i/>
          <w:sz w:val="17"/>
        </w:rPr>
        <w:t>Note: Up to three short industrial case studies (max 250–400 words per major section) may be detailed. All quantified claims MUST provide: baseline, measurement period, calculation method, and verification source. Up to 2 controlled annexures (max 2 pages total) may be attached.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lastRenderedPageBreak/>
              <w:t>1. Titles &amp; Scope of Industrial Case Studies:</w:t>
            </w:r>
            <w:r>
              <w:rPr>
                <w:rFonts w:ascii="Arial" w:hAnsi="Arial"/>
                <w:b/>
                <w:sz w:val="18"/>
              </w:rPr>
              <w:br/>
              <w:t>(Up to 3 distinct case studies permitted; Max 300 words total)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Case Study 1:</w:t>
            </w:r>
            <w:r>
              <w:rPr>
                <w:rFonts w:ascii="Arial" w:hAnsi="Arial"/>
                <w:sz w:val="18"/>
              </w:rPr>
              <w:br/>
              <w:t>Case Study 2:</w:t>
            </w:r>
            <w:r>
              <w:rPr>
                <w:rFonts w:ascii="Arial" w:hAnsi="Arial"/>
                <w:sz w:val="18"/>
              </w:rPr>
              <w:br/>
              <w:t>Case Study 3: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2. Operational Challenge &amp; Technical Hazard:</w:t>
            </w:r>
            <w:r>
              <w:rPr>
                <w:rFonts w:ascii="Arial" w:hAnsi="Arial"/>
                <w:b/>
                <w:sz w:val="18"/>
              </w:rPr>
              <w:br/>
              <w:t>(Max 350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3. Applied NDT Solution &amp; Methodology:</w:t>
            </w:r>
            <w:r>
              <w:rPr>
                <w:rFonts w:ascii="Arial" w:hAnsi="Arial"/>
                <w:b/>
                <w:sz w:val="18"/>
              </w:rPr>
              <w:br/>
              <w:t>(Max 400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4. Operational Savings &amp; Economic Impact:</w:t>
            </w:r>
            <w:r>
              <w:rPr>
                <w:rFonts w:ascii="Arial" w:hAnsi="Arial"/>
                <w:b/>
                <w:sz w:val="18"/>
              </w:rPr>
              <w:br/>
              <w:t>(Max 350 words — Must state baseline, period, calculation method, &amp; source)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Baseline:</w:t>
            </w:r>
            <w:r>
              <w:rPr>
                <w:rFonts w:ascii="Arial" w:hAnsi="Arial"/>
                <w:sz w:val="18"/>
              </w:rPr>
              <w:br/>
              <w:t>Measurement Period:</w:t>
            </w:r>
            <w:r>
              <w:rPr>
                <w:rFonts w:ascii="Arial" w:hAnsi="Arial"/>
                <w:sz w:val="18"/>
              </w:rPr>
              <w:br/>
              <w:t>Calculation Method:</w:t>
            </w:r>
            <w:r>
              <w:rPr>
                <w:rFonts w:ascii="Arial" w:hAnsi="Arial"/>
                <w:sz w:val="18"/>
              </w:rPr>
              <w:br/>
              <w:t>Source of Verification:</w:t>
            </w:r>
            <w:r>
              <w:rPr>
                <w:rFonts w:ascii="Arial" w:hAnsi="Arial"/>
                <w:sz w:val="18"/>
              </w:rPr>
              <w:br/>
              <w:t>Economic Impact (Cost/Downtime):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5. Risk Reduction &amp; Avoided Consequences:</w:t>
            </w:r>
            <w:r>
              <w:rPr>
                <w:rFonts w:ascii="Arial" w:hAnsi="Arial"/>
                <w:b/>
                <w:sz w:val="18"/>
              </w:rPr>
              <w:br/>
              <w:t>(Max 350 words — State basis of estimation for safety, environmental, or risk reduction)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Risk Mitigation Summary:</w:t>
            </w:r>
            <w:r>
              <w:rPr>
                <w:rFonts w:ascii="Arial" w:hAnsi="Arial"/>
                <w:sz w:val="18"/>
              </w:rPr>
              <w:br/>
              <w:t>Basis of Estimation: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6. Deployment Scale &amp; Multi-Plant Replicability:</w:t>
            </w:r>
            <w:r>
              <w:rPr>
                <w:rFonts w:ascii="Arial" w:hAnsi="Arial"/>
                <w:b/>
                <w:sz w:val="18"/>
              </w:rPr>
              <w:br/>
              <w:t>(Max 250 words)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3B20E0" w:rsidRDefault="002F7D18">
      <w:pPr>
        <w:spacing w:before="160" w:after="40"/>
      </w:pPr>
      <w:r>
        <w:rPr>
          <w:b/>
        </w:rPr>
        <w:t>Summary of High-Impact Deployments &amp; Evidence Verification: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632"/>
        <w:gridCol w:w="1881"/>
        <w:gridCol w:w="1894"/>
        <w:gridCol w:w="2329"/>
        <w:gridCol w:w="2190"/>
      </w:tblGrid>
      <w:tr w:rsidR="00BF2901" w:rsidRPr="00BF2901" w:rsidTr="00BF2901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BF2901" w:rsidRDefault="002F7D18">
            <w:pPr>
              <w:jc w:val="center"/>
              <w:rPr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  <w:sz w:val="17"/>
              </w:rPr>
              <w:t>Sl.</w:t>
            </w:r>
          </w:p>
        </w:tc>
        <w:tc>
          <w:tcPr>
            <w:tcW w:w="2160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BF2901" w:rsidRDefault="002F7D18">
            <w:pPr>
              <w:jc w:val="center"/>
              <w:rPr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  <w:sz w:val="17"/>
              </w:rPr>
              <w:t>Asset / Plant / Facility Location</w:t>
            </w:r>
          </w:p>
        </w:tc>
        <w:tc>
          <w:tcPr>
            <w:tcW w:w="2160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BF2901" w:rsidRDefault="002F7D18">
            <w:pPr>
              <w:jc w:val="center"/>
              <w:rPr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  <w:sz w:val="17"/>
              </w:rPr>
              <w:t>NDT Solution Deployed</w:t>
            </w:r>
          </w:p>
        </w:tc>
        <w:tc>
          <w:tcPr>
            <w:tcW w:w="259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BF2901" w:rsidRDefault="002F7D18">
            <w:pPr>
              <w:jc w:val="center"/>
              <w:rPr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  <w:sz w:val="17"/>
              </w:rPr>
              <w:t>Defects Detected &amp; Avoided Consequences (with Basis of Est.)</w:t>
            </w:r>
          </w:p>
        </w:tc>
        <w:tc>
          <w:tcPr>
            <w:tcW w:w="244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BF2901" w:rsidRDefault="002F7D18">
            <w:pPr>
              <w:jc w:val="center"/>
              <w:rPr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  <w:sz w:val="17"/>
              </w:rPr>
              <w:t>Verification / Endorsement (Client Endorsement OR Authorised Internal Verifier / Redacted Evidence)</w:t>
            </w:r>
          </w:p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3B20E0" w:rsidRDefault="002F7D18">
      <w:pPr>
        <w:spacing w:before="240" w:after="80"/>
      </w:pPr>
      <w:r>
        <w:rPr>
          <w:rFonts w:ascii="Arial" w:hAnsi="Arial"/>
          <w:b/>
          <w:color w:val="002060"/>
        </w:rPr>
        <w:t>F. SUPPORTING DOCUMENTS &amp; CONTROLLED ANNEXURES ATTACHED</w:t>
      </w:r>
    </w:p>
    <w:p w:rsidR="003B20E0" w:rsidRDefault="002F7D18">
      <w:pPr>
        <w:spacing w:after="40"/>
      </w:pPr>
      <w:r>
        <w:rPr>
          <w:i/>
          <w:sz w:val="17"/>
        </w:rPr>
        <w:t xml:space="preserve">(Maximum 2 Annexures, up to 2 </w:t>
      </w:r>
      <w:proofErr w:type="gramStart"/>
      <w:r>
        <w:rPr>
          <w:i/>
          <w:sz w:val="17"/>
        </w:rPr>
        <w:t>pages</w:t>
      </w:r>
      <w:proofErr w:type="gramEnd"/>
      <w:r>
        <w:rPr>
          <w:i/>
          <w:sz w:val="17"/>
        </w:rPr>
        <w:t xml:space="preserve"> total allowed for key diagrams, charts, or redacted reports)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E645A6" w:rsidRPr="00E645A6" w:rsidTr="00E645A6">
        <w:trPr>
          <w:jc w:val="center"/>
        </w:trPr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E645A6" w:rsidRDefault="002F7D18">
            <w:pPr>
              <w:rPr>
                <w:color w:val="FFFFFF" w:themeColor="background1"/>
              </w:rPr>
            </w:pPr>
            <w:r w:rsidRPr="00E645A6">
              <w:rPr>
                <w:rFonts w:ascii="Arial" w:hAnsi="Arial"/>
                <w:b/>
                <w:color w:val="FFFFFF" w:themeColor="background1"/>
                <w:sz w:val="18"/>
              </w:rPr>
              <w:t>Sl. No.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E645A6" w:rsidRDefault="002F7D18">
            <w:pPr>
              <w:rPr>
                <w:color w:val="FFFFFF" w:themeColor="background1"/>
              </w:rPr>
            </w:pPr>
            <w:r w:rsidRPr="00E645A6">
              <w:rPr>
                <w:rFonts w:ascii="Arial" w:hAnsi="Arial"/>
                <w:b/>
                <w:color w:val="FFFFFF" w:themeColor="background1"/>
                <w:sz w:val="18"/>
              </w:rPr>
              <w:t>Document / Annexure Description</w:t>
            </w:r>
            <w:r w:rsidR="00E645A6" w:rsidRPr="00E645A6">
              <w:rPr>
                <w:rFonts w:ascii="Arial" w:hAnsi="Arial"/>
                <w:b/>
                <w:color w:val="FFFFFF" w:themeColor="background1"/>
                <w:sz w:val="18"/>
              </w:rPr>
              <w:t xml:space="preserve"> </w:t>
            </w:r>
            <w:r w:rsidR="00E645A6" w:rsidRPr="00E645A6">
              <w:rPr>
                <w:rFonts w:ascii="Calibri" w:hAnsi="Calibri"/>
                <w:b/>
                <w:color w:val="FFFFFF" w:themeColor="background1"/>
                <w:sz w:val="18"/>
              </w:rPr>
              <w:t>(Publications, Patents, Testimonials, Reports, etc.)</w:t>
            </w:r>
          </w:p>
        </w:tc>
        <w:tc>
          <w:tcPr>
            <w:tcW w:w="3312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Pr="00E645A6" w:rsidRDefault="002F7D18">
            <w:pPr>
              <w:rPr>
                <w:color w:val="FFFFFF" w:themeColor="background1"/>
              </w:rPr>
            </w:pPr>
            <w:r w:rsidRPr="00E645A6">
              <w:rPr>
                <w:rFonts w:ascii="Arial" w:hAnsi="Arial"/>
                <w:b/>
                <w:color w:val="FFFFFF" w:themeColor="background1"/>
                <w:sz w:val="18"/>
              </w:rPr>
              <w:t>Attached (Yes / No)</w:t>
            </w:r>
          </w:p>
        </w:tc>
      </w:tr>
      <w:tr w:rsidR="003B20E0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BF2901" w:rsidRDefault="00BF290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BF2901" w:rsidRPr="00BF2901" w:rsidTr="00BF2901">
        <w:trPr>
          <w:trHeight w:val="668"/>
        </w:trPr>
        <w:tc>
          <w:tcPr>
            <w:tcW w:w="9926" w:type="dxa"/>
            <w:shd w:val="clear" w:color="auto" w:fill="002060"/>
          </w:tcPr>
          <w:p w:rsidR="00BF2901" w:rsidRPr="00BF2901" w:rsidRDefault="00BF2901" w:rsidP="00D96988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</w:rPr>
              <w:t>G. PROPOSED CITATION</w:t>
            </w:r>
          </w:p>
        </w:tc>
      </w:tr>
    </w:tbl>
    <w:p w:rsidR="003B20E0" w:rsidRDefault="002F7D18">
      <w:pPr>
        <w:spacing w:after="80"/>
      </w:pPr>
      <w:r>
        <w:rPr>
          <w:i/>
          <w:sz w:val="18"/>
        </w:rPr>
        <w:t>(Maximum 75 words — State precisely the principal achievement for which the award is proposed):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926"/>
      </w:tblGrid>
      <w:tr w:rsidR="003B20E0">
        <w:trPr>
          <w:jc w:val="center"/>
        </w:trPr>
        <w:tc>
          <w:tcPr>
            <w:tcW w:w="99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BF2901" w:rsidRDefault="00BF290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BF2901" w:rsidRPr="00BF2901" w:rsidTr="00BF2901">
        <w:trPr>
          <w:trHeight w:val="786"/>
        </w:trPr>
        <w:tc>
          <w:tcPr>
            <w:tcW w:w="9926" w:type="dxa"/>
            <w:shd w:val="clear" w:color="auto" w:fill="002060"/>
          </w:tcPr>
          <w:p w:rsidR="00BF2901" w:rsidRPr="00BF2901" w:rsidRDefault="00BF2901" w:rsidP="00184066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</w:rPr>
              <w:t>H. REFERENCES &amp; CONFIDENTIAL REFEREES</w:t>
            </w:r>
          </w:p>
        </w:tc>
      </w:tr>
    </w:tbl>
    <w:p w:rsidR="00BF2901" w:rsidRDefault="00BF2901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699"/>
        <w:gridCol w:w="2022"/>
        <w:gridCol w:w="2105"/>
        <w:gridCol w:w="2033"/>
        <w:gridCol w:w="2067"/>
      </w:tblGrid>
      <w:tr w:rsidR="003B20E0">
        <w:trPr>
          <w:jc w:val="center"/>
        </w:trPr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 No.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Name of Referee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Designation &amp; Organisation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Full Address</w:t>
            </w:r>
          </w:p>
        </w:tc>
        <w:tc>
          <w:tcPr>
            <w:tcW w:w="230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Email &amp; Telephone</w:t>
            </w:r>
          </w:p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</w:tbl>
    <w:p w:rsidR="00BF2901" w:rsidRDefault="00BF2901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BF2901" w:rsidRPr="00BF2901" w:rsidTr="00BF2901">
        <w:trPr>
          <w:trHeight w:val="743"/>
        </w:trPr>
        <w:tc>
          <w:tcPr>
            <w:tcW w:w="9926" w:type="dxa"/>
            <w:shd w:val="clear" w:color="auto" w:fill="002060"/>
          </w:tcPr>
          <w:p w:rsidR="00BF2901" w:rsidRPr="00BF2901" w:rsidRDefault="00BF2901" w:rsidP="002D495F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</w:rPr>
              <w:t>I. DECLARATIONS &amp; SEPARATE CONSENT</w:t>
            </w:r>
          </w:p>
        </w:tc>
      </w:tr>
    </w:tbl>
    <w:p w:rsidR="00BF2901" w:rsidRDefault="00BF2901">
      <w:pPr>
        <w:spacing w:before="240" w:after="80"/>
      </w:pPr>
    </w:p>
    <w:p w:rsidR="003B20E0" w:rsidRDefault="002F7D18">
      <w:pPr>
        <w:spacing w:after="80"/>
      </w:pPr>
      <w:r>
        <w:rPr>
          <w:b/>
        </w:rPr>
        <w:t>Applicant / Nominee Consent &amp; Declaration:</w:t>
      </w:r>
      <w:r>
        <w:rPr>
          <w:b/>
        </w:rPr>
        <w:br/>
      </w:r>
      <w:r>
        <w:rPr>
          <w:i/>
          <w:sz w:val="17"/>
        </w:rPr>
        <w:t>"I hereby consent to being considered for the National NDT Award for Industrial Applications. I certify that the information submitted in this application is true, correct, and complete to the best of my knowledge. I understand that misleading details may lead to disqualification. I agree that annual confirmation/updates will be required if ISNT considers my application for subsequent cycles."</w:t>
      </w:r>
    </w:p>
    <w:p w:rsidR="003B20E0" w:rsidRDefault="002F7D18">
      <w:pPr>
        <w:spacing w:after="120"/>
      </w:pPr>
      <w:r>
        <w:rPr>
          <w:b/>
        </w:rPr>
        <w:t>Nominator Declaration (Required for Route B / Sponsoring Nominator):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lastRenderedPageBreak/>
              <w:t>Signature of Applicant / Nominee: ___________________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Signature &amp; Seal of Nominator (if applicable): 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 &amp; Designation: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</w:tr>
    </w:tbl>
    <w:p w:rsidR="003B20E0" w:rsidRDefault="002F7D18">
      <w:pPr>
        <w:spacing w:before="120" w:after="240"/>
        <w:rPr>
          <w:i/>
          <w:sz w:val="17"/>
        </w:rPr>
      </w:pPr>
      <w:r>
        <w:rPr>
          <w:i/>
          <w:sz w:val="17"/>
        </w:rPr>
        <w:t>Note on Reconsideration: Applications do not automatically carry forward. Applicants must submit an annual confirmation and updated eligibility/consent form by 31st August for consideration in subsequent cycles.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BF2901" w:rsidRPr="00BF2901" w:rsidTr="00BF2901">
        <w:trPr>
          <w:trHeight w:val="749"/>
        </w:trPr>
        <w:tc>
          <w:tcPr>
            <w:tcW w:w="9926" w:type="dxa"/>
            <w:shd w:val="clear" w:color="auto" w:fill="002060"/>
          </w:tcPr>
          <w:p w:rsidR="00BF2901" w:rsidRPr="00BF2901" w:rsidRDefault="00BF2901" w:rsidP="005C24A5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BF2901">
              <w:rPr>
                <w:rFonts w:ascii="Arial" w:hAnsi="Arial"/>
                <w:b/>
                <w:color w:val="FFFFFF" w:themeColor="background1"/>
              </w:rPr>
              <w:t>FOR ISNT OFFICE USE ONLY</w:t>
            </w:r>
          </w:p>
        </w:tc>
      </w:tr>
    </w:tbl>
    <w:p w:rsidR="00BF2901" w:rsidRDefault="00BF2901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Registration No. &amp; 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Acknowledgement No.: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3B20E0"/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Eligibility &amp; Submission Route Verified: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 YES    ☐  NO    ☐  NOT APPLICABLE</w:t>
            </w:r>
          </w:p>
        </w:tc>
      </w:tr>
      <w:tr w:rsidR="003B20E0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b/>
                <w:sz w:val="18"/>
              </w:rPr>
              <w:t>Action / Decision: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B20E0" w:rsidRDefault="002F7D18">
            <w:r>
              <w:rPr>
                <w:rFonts w:ascii="Arial" w:hAnsi="Arial"/>
                <w:sz w:val="18"/>
              </w:rPr>
              <w:t>☐  Awarded    ☐  Annual Confirmation Received for Next Cycle    ☐  Not Recommended</w:t>
            </w:r>
          </w:p>
        </w:tc>
      </w:tr>
    </w:tbl>
    <w:p w:rsidR="002F7D18" w:rsidRDefault="002F7D18"/>
    <w:sectPr w:rsidR="002F7D18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4E" w:rsidRDefault="00231B4E">
      <w:pPr>
        <w:spacing w:after="0" w:line="240" w:lineRule="auto"/>
      </w:pPr>
      <w:r>
        <w:separator/>
      </w:r>
    </w:p>
  </w:endnote>
  <w:endnote w:type="continuationSeparator" w:id="0">
    <w:p w:rsidR="00231B4E" w:rsidRDefault="0023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0E0" w:rsidRDefault="002F7D18">
    <w:pPr>
      <w:pStyle w:val="Footer"/>
      <w:jc w:val="right"/>
    </w:pPr>
    <w:r>
      <w:rPr>
        <w:rFonts w:ascii="Arial" w:hAnsi="Arial"/>
        <w:color w:val="808080"/>
        <w:sz w:val="17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E4633">
      <w:rPr>
        <w:noProof/>
      </w:rPr>
      <w:t>5</w:t>
    </w:r>
    <w:r>
      <w:fldChar w:fldCharType="end"/>
    </w:r>
    <w:r>
      <w:t xml:space="preserve"> of </w:t>
    </w:r>
    <w:r w:rsidR="00805C34">
      <w:fldChar w:fldCharType="begin"/>
    </w:r>
    <w:r w:rsidR="00805C34">
      <w:instrText xml:space="preserve"> NUMPAGES </w:instrText>
    </w:r>
    <w:r w:rsidR="00805C34">
      <w:fldChar w:fldCharType="separate"/>
    </w:r>
    <w:r w:rsidR="00FE4633">
      <w:rPr>
        <w:noProof/>
      </w:rPr>
      <w:t>5</w:t>
    </w:r>
    <w:r w:rsidR="00805C3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4E" w:rsidRDefault="00231B4E">
      <w:pPr>
        <w:spacing w:after="0" w:line="240" w:lineRule="auto"/>
      </w:pPr>
      <w:r>
        <w:separator/>
      </w:r>
    </w:p>
  </w:footnote>
  <w:footnote w:type="continuationSeparator" w:id="0">
    <w:p w:rsidR="00231B4E" w:rsidRDefault="0023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0E0" w:rsidRDefault="002F7D18">
    <w:pPr>
      <w:pStyle w:val="Header"/>
      <w:jc w:val="right"/>
    </w:pPr>
    <w:r>
      <w:rPr>
        <w:rFonts w:ascii="Arial" w:hAnsi="Arial"/>
        <w:color w:val="808080"/>
        <w:sz w:val="17"/>
      </w:rPr>
      <w:t>ISNT Form ID: ISNT-AF-IND-02 | Rev: 2.0 | SOP Ref: ISNT-SOP-AWR-01 (Annexure III 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C81"/>
    <w:rsid w:val="00034616"/>
    <w:rsid w:val="0006063C"/>
    <w:rsid w:val="0006370D"/>
    <w:rsid w:val="00145DFA"/>
    <w:rsid w:val="0015074B"/>
    <w:rsid w:val="002169AC"/>
    <w:rsid w:val="00231B4E"/>
    <w:rsid w:val="0029639D"/>
    <w:rsid w:val="002A31C6"/>
    <w:rsid w:val="002B7066"/>
    <w:rsid w:val="002C284C"/>
    <w:rsid w:val="002F7D18"/>
    <w:rsid w:val="00326F90"/>
    <w:rsid w:val="003270E8"/>
    <w:rsid w:val="0039192F"/>
    <w:rsid w:val="003A1289"/>
    <w:rsid w:val="003B20E0"/>
    <w:rsid w:val="003B3039"/>
    <w:rsid w:val="00424DAC"/>
    <w:rsid w:val="004D6D49"/>
    <w:rsid w:val="005C2A87"/>
    <w:rsid w:val="00687665"/>
    <w:rsid w:val="00762921"/>
    <w:rsid w:val="00766093"/>
    <w:rsid w:val="007C616A"/>
    <w:rsid w:val="007E4AC1"/>
    <w:rsid w:val="007F2B12"/>
    <w:rsid w:val="00805C34"/>
    <w:rsid w:val="00881C60"/>
    <w:rsid w:val="008A4EF2"/>
    <w:rsid w:val="008E6014"/>
    <w:rsid w:val="008F6790"/>
    <w:rsid w:val="009D05BC"/>
    <w:rsid w:val="00A06FE2"/>
    <w:rsid w:val="00AA1D8D"/>
    <w:rsid w:val="00AE0640"/>
    <w:rsid w:val="00B47730"/>
    <w:rsid w:val="00BF2901"/>
    <w:rsid w:val="00C479D6"/>
    <w:rsid w:val="00CB0664"/>
    <w:rsid w:val="00CC2F6E"/>
    <w:rsid w:val="00CC4A26"/>
    <w:rsid w:val="00DC3436"/>
    <w:rsid w:val="00E645A6"/>
    <w:rsid w:val="00F12C7B"/>
    <w:rsid w:val="00FC693F"/>
    <w:rsid w:val="00F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43E10"/>
  <w14:defaultImageDpi w14:val="300"/>
  <w15:docId w15:val="{9A984CE5-15B8-4CBE-AF75-D1209EB4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4EBC10-0062-4DC3-A05C-ED4F4588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>Nil</dc:description>
  <cp:lastModifiedBy>Admin</cp:lastModifiedBy>
  <cp:revision>47</cp:revision>
  <cp:lastPrinted>2026-08-27T09:11:00Z</cp:lastPrinted>
  <dcterms:created xsi:type="dcterms:W3CDTF">2026-08-26T10:48:00Z</dcterms:created>
  <dcterms:modified xsi:type="dcterms:W3CDTF">2026-08-27T09:12:00Z</dcterms:modified>
  <cp:category/>
</cp:coreProperties>
</file>